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ormTitle"/>
        <w:jc w:val="center"/>
      </w:pPr>
      <w:r>
        <w:t>ANEXO IV</w:t>
      </w:r>
    </w:p>
    <w:p>
      <w:pPr>
        <w:pStyle w:val="FormSubtitle"/>
        <w:jc w:val="center"/>
      </w:pPr>
      <w:r>
        <w:t>Facultad de Ciencias de la Salud</w:t>
      </w:r>
    </w:p>
    <w:p>
      <w:pPr>
        <w:pStyle w:val="FormSubtitle"/>
        <w:jc w:val="center"/>
      </w:pPr>
      <w:r>
        <w:t>Extensión Universitaria</w:t>
      </w:r>
    </w:p>
    <w:p>
      <w:pPr>
        <w:jc w:val="center"/>
      </w:pPr>
      <w:r>
        <w:rPr>
          <w:b/>
          <w:sz w:val="24"/>
        </w:rPr>
        <w:t>FORMULARIO DE INFORME FINAL</w:t>
        <w:br/>
      </w:r>
      <w:r>
        <w:rPr>
          <w:b/>
          <w:sz w:val="22"/>
        </w:rPr>
        <w:t>Actividad / Proyecto de Vinculación con el Medio</w:t>
      </w:r>
    </w:p>
    <w:p>
      <w:pPr>
        <w:spacing w:before="0" w:after="80"/>
      </w:pPr>
      <w:r>
        <w:rPr>
          <w:color w:val="7F9DB9"/>
          <w:sz w:val="14"/>
        </w:rPr>
        <w:t>____________________________________________________________________________________________________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6"/>
            <w:shd w:fill="EAF2F8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jc w:val="center"/>
            </w:pPr>
            <w:r>
              <w:rPr>
                <w:b/>
                <w:sz w:val="18"/>
              </w:rPr>
              <w:t>Estructura adaptada a la ficha de CONEAU "Actividad de Vinculación con el Medio". Completar digitalmente. Presentar con firma del Director/a y aval académico correspondiente.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fill="C6D9EE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sz w:val="22"/>
              </w:rPr>
              <w:t>1. TÍTULO DE LA ACTIVIDAD</w:t>
            </w:r>
          </w:p>
        </w:tc>
      </w:tr>
    </w:tbl>
    <w:p>
      <w:pPr>
        <w:spacing w:after="0"/>
      </w:pPr>
    </w:p>
    <w:p>
      <w:pPr>
        <w:pStyle w:val="SectionText"/>
        <w:keepNext/>
      </w:pPr>
      <w:r>
        <w:rPr>
          <w:b/>
        </w:rPr>
        <w:t>1.1. Denominación o título de la actividad: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510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1.2. Línea de Extensión FCS / Área temática y especialidad: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454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1.3. Resolución de aprobación (si corresponde):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397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fill="C6D9EE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sz w:val="22"/>
              </w:rPr>
              <w:t>2. TIPO DE ACTIVIDAD</w:t>
            </w:r>
          </w:p>
        </w:tc>
      </w:tr>
    </w:tbl>
    <w:p>
      <w:pPr>
        <w:spacing w:after="0"/>
      </w:pPr>
    </w:p>
    <w:p>
      <w:pPr>
        <w:pStyle w:val="SectionText"/>
      </w:pPr>
      <w:r>
        <w:t>☐ Transferencia    ☐ Consultoría    ☐ Asistencia técnica    ☐ Extensión</w:t>
      </w:r>
    </w:p>
    <w:p>
      <w:pPr>
        <w:pStyle w:val="SectionText"/>
      </w:pPr>
      <w:r>
        <w:rPr>
          <w:i/>
          <w:color w:val="5A5A5A"/>
          <w:sz w:val="16"/>
        </w:rPr>
        <w:t>Para actividades encuadradas en el Reglamento de Extensión de la FCS, marcar la opción "Extensión".</w:t>
      </w:r>
    </w:p>
    <w:p>
      <w:pPr>
        <w:pStyle w:val="SectionText"/>
        <w:keepNext/>
      </w:pPr>
      <w:r>
        <w:rPr>
          <w:b/>
        </w:rPr>
        <w:t>2.1. Breve descripción del tipo/modalidad de actividad: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454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fill="C6D9EE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sz w:val="22"/>
              </w:rPr>
              <w:t>3. CONTRAPARTE</w:t>
            </w:r>
          </w:p>
        </w:tc>
      </w:tr>
    </w:tbl>
    <w:p>
      <w:pPr>
        <w:spacing w:after="0"/>
      </w:pPr>
    </w:p>
    <w:p>
      <w:pPr>
        <w:pStyle w:val="SectionText"/>
      </w:pPr>
      <w:r>
        <w:rPr>
          <w:b/>
        </w:rPr>
        <w:t xml:space="preserve">Tipo de institución: </w:t>
      </w:r>
      <w:r>
        <w:t>☐ Institución Universitaria    ☐ Empresa    ☐ Organismo público    ☐ Otro</w:t>
      </w:r>
    </w:p>
    <w:p>
      <w:pPr>
        <w:pStyle w:val="SectionText"/>
        <w:keepNext/>
      </w:pPr>
      <w:r>
        <w:rPr>
          <w:b/>
        </w:rPr>
        <w:t>3.1. Nombre de la contraparte / institución: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454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3.2. Responsable o referente institucional: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397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3.3. Datos de contacto: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397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Convenio Marco</w:t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Convenio Específico</w:t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N.º / referencia</w:t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Vigencia</w:t>
            </w:r>
          </w:p>
        </w:tc>
      </w:tr>
      <w:t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  <w:t>☐ Sí   ☐ No   ☐ No aplica</w:t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  <w:t>☐ Sí   ☐ No   ☐ No aplica</w:t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fill="C6D9EE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sz w:val="22"/>
              </w:rPr>
              <w:t>4. OBJETIVOS, ACTIVIDADES PREVISTAS Y ACTIVIDADES REALIZADAS</w:t>
            </w:r>
          </w:p>
        </w:tc>
      </w:tr>
    </w:tbl>
    <w:p>
      <w:pPr>
        <w:spacing w:after="0"/>
      </w:pPr>
    </w:p>
    <w:p>
      <w:pPr>
        <w:pStyle w:val="SectionText"/>
        <w:keepNext/>
      </w:pPr>
      <w:r>
        <w:rPr>
          <w:b/>
        </w:rPr>
        <w:t>4.1. Objetivos del proyecto/actividad:</w:t>
      </w:r>
      <w:r>
        <w:rPr>
          <w:i/>
          <w:sz w:val="17"/>
        </w:rPr>
        <w:t xml:space="preserve">  Indicar los objetivos aprobados originalmente.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907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4.2. Actividades previstas para lograr los objetivos: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1020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4.3. Actividades efectivamente realizadas: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1134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4.4. Grado de avance/cumplimiento y principales resultados: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83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Objetivo / meta</w:t>
            </w: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Grado de cumplimiento (%)</w:t>
            </w:r>
          </w:p>
        </w:tc>
        <w:tc>
          <w:tcPr>
            <w:tcW w:type="dxa" w:w="34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Resultado alcanzado</w:t>
            </w:r>
          </w:p>
        </w:tc>
        <w:tc>
          <w:tcPr>
            <w:tcW w:type="dxa" w:w="226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Observaciones / desvíos</w:t>
            </w:r>
          </w:p>
        </w:tc>
      </w:tr>
      <w:tr>
        <w:tc>
          <w:tcPr>
            <w:tcW w:type="dxa" w:w="283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34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226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  <w:tr>
        <w:tc>
          <w:tcPr>
            <w:tcW w:type="dxa" w:w="283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34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226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  <w:tr>
        <w:tc>
          <w:tcPr>
            <w:tcW w:type="dxa" w:w="283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34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226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  <w:tr>
        <w:tc>
          <w:tcPr>
            <w:tcW w:type="dxa" w:w="283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34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226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fill="C6D9EE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sz w:val="22"/>
              </w:rPr>
              <w:t>5. CARRERAS DE GRADO Y POSGRADO CON LAS QUE SE VINCULA</w:t>
            </w:r>
          </w:p>
        </w:tc>
      </w:tr>
    </w:tbl>
    <w:p>
      <w:pPr>
        <w:spacing w:after="0"/>
      </w:pPr>
    </w:p>
    <w:p>
      <w:pPr>
        <w:pStyle w:val="SectionText"/>
      </w:pPr>
      <w:r>
        <w:rPr>
          <w:i/>
          <w:color w:val="5A5A5A"/>
          <w:sz w:val="16"/>
        </w:rPr>
        <w:t>Incluir las carreras con las que la temática o las actividades se vincularon efectivamente.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Unidad académica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Carrera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Tipo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Cátedra / espacio curricular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Cant. estudiantes participantes</w:t>
            </w:r>
          </w:p>
        </w:tc>
      </w:tr>
      <w:t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5"/>
              </w:rPr>
              <w:t>☐ Grado   ☐ Posgrado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5"/>
              </w:rPr>
              <w:t>☐ Grado   ☐ Posgrado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5"/>
              </w:rPr>
              <w:t>☐ Grado   ☐ Posgrado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5"/>
              </w:rPr>
              <w:t>☐ Grado   ☐ Posgrado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5"/>
              </w:rPr>
              <w:t>☐ Grado   ☐ Posgrado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fill="C6D9EE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sz w:val="22"/>
              </w:rPr>
              <w:t>6. PARTICIPANTES DE LA ACTIVIDAD</w:t>
            </w:r>
          </w:p>
        </w:tc>
      </w:tr>
    </w:tbl>
    <w:p>
      <w:pPr>
        <w:spacing w:after="0"/>
      </w:pPr>
    </w:p>
    <w:p>
      <w:pPr>
        <w:pStyle w:val="SectionText"/>
        <w:keepNext/>
      </w:pPr>
      <w:r>
        <w:rPr>
          <w:b/>
        </w:rPr>
        <w:t>6.1. Director/a del proyecto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Apellido y nombres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DNI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Carrera / Sede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Correo electrónico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Teléfono</w:t>
            </w:r>
          </w:p>
        </w:tc>
      </w:tr>
      <w:t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</w:tbl>
    <w:p>
      <w:pPr>
        <w:pStyle w:val="SectionText"/>
        <w:keepNext/>
      </w:pPr>
      <w:r>
        <w:rPr>
          <w:b/>
        </w:rPr>
        <w:t>6.2. Codirector/a (si corresponde)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Apellido y nombres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DNI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Carrera / Sede / Institución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Correo electrónico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Teléfono</w:t>
            </w:r>
          </w:p>
        </w:tc>
      </w:tr>
      <w:t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</w:tbl>
    <w:p>
      <w:pPr>
        <w:pStyle w:val="SectionText"/>
        <w:keepNext/>
      </w:pPr>
      <w:r>
        <w:rPr>
          <w:b/>
        </w:rPr>
        <w:t>6.3. Otros docentes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Apellido y nombres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Carrera / Sede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Función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Institución</w:t>
            </w: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5"/>
              </w:rPr>
              <w:t>Dedicación / participación</w:t>
            </w:r>
          </w:p>
        </w:tc>
      </w:tr>
      <w:t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04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Cantidad total de docentes participantes</w:t>
            </w:r>
          </w:p>
        </w:tc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Cantidad total</w:t>
            </w:r>
          </w:p>
        </w:tc>
      </w:tr>
      <w:tr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</w:tbl>
    <w:p/>
    <w:p>
      <w:pPr>
        <w:pStyle w:val="SectionText"/>
        <w:keepNext/>
      </w:pPr>
      <w:r>
        <w:rPr>
          <w:b/>
        </w:rPr>
        <w:t>6.4. Otros integrantes del equipo extensionista</w:t>
      </w:r>
    </w:p>
    <w:p>
      <w:pPr>
        <w:pStyle w:val="SectionText"/>
      </w:pPr>
      <w:r>
        <w:rPr>
          <w:i/>
          <w:color w:val="5A5A5A"/>
          <w:sz w:val="16"/>
        </w:rPr>
        <w:t>Incluir estudiantes, egresados, adscriptos, personal no docente y/o integrantes externos, según corresponda.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blHeader w:val="true"/>
        </w:trPr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Apellido y nombres</w:t>
            </w: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DNI</w:t>
            </w: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Condición</w:t>
            </w: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Carrera / Sede / Institución</w:t>
            </w: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Función</w:t>
            </w: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Observaciones</w:t>
            </w:r>
          </w:p>
        </w:tc>
      </w:tr>
      <w:tr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170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</w:tbl>
    <w:p>
      <w:pPr>
        <w:pStyle w:val="SectionText"/>
        <w:keepNext/>
      </w:pPr>
      <w:r>
        <w:rPr>
          <w:b/>
        </w:rPr>
        <w:t>6.5. Altas o bajas producidas durante la ejecución:</w:t>
      </w:r>
    </w:p>
    <w:p>
      <w:pPr>
        <w:pStyle w:val="SectionText"/>
      </w:pPr>
      <w:r>
        <w:rPr>
          <w:b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567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6.6. Tesistas vinculados al proyecto (si corresponde):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Apellido y nombres</w:t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Carrera</w:t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Tema de TIF / tesis</w:t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Estado / fecha</w:t>
            </w:r>
          </w:p>
        </w:tc>
      </w:tr>
      <w:t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</w:tbl>
    <w:p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fill="C6D9EE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sz w:val="22"/>
              </w:rPr>
              <w:t>7. CRONOGRAMA DE ACTIVIDADES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7"/>
              </w:rPr>
              <w:t>Fecha de inicio</w:t>
            </w:r>
          </w:p>
        </w:tc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7"/>
              </w:rPr>
              <w:t>Fecha de finalización</w:t>
            </w:r>
          </w:p>
        </w:tc>
      </w:tr>
      <w:tr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7"/>
              </w:rPr>
              <w:t>____ / ____ / ______</w:t>
            </w:r>
          </w:p>
        </w:tc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7"/>
              </w:rPr>
              <w:t>____ / ____ / ______</w:t>
            </w:r>
          </w:p>
        </w:tc>
      </w:tr>
    </w:tbl>
    <w:p/>
    <w:p>
      <w:pPr>
        <w:pStyle w:val="SectionText"/>
        <w:keepNext/>
      </w:pPr>
      <w:r>
        <w:rPr>
          <w:b/>
        </w:rPr>
        <w:t>7.1. Cumplimiento del cronograma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Actividad / meta</w:t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Período previsto</w:t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Período realizado</w:t>
            </w: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C6D9E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Cumplimiento / observaciones</w:t>
            </w:r>
          </w:p>
        </w:tc>
      </w:tr>
      <w:t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  <w:tc>
          <w:tcPr>
            <w:tcW w:type="dxa" w:w="25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</w:p>
        </w:tc>
      </w:tr>
    </w:tbl>
    <w:p>
      <w:pPr>
        <w:pStyle w:val="SectionText"/>
        <w:keepNext/>
      </w:pPr>
      <w:r>
        <w:rPr>
          <w:b/>
        </w:rPr>
        <w:t>7.2. Desvíos respecto del cronograma original y acciones adoptadas:</w:t>
      </w:r>
    </w:p>
    <w:p>
      <w:pPr>
        <w:pStyle w:val="SectionText"/>
      </w:pPr>
      <w:r>
        <w:rPr>
          <w:b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737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fill="C6D9EE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sz w:val="22"/>
              </w:rPr>
              <w:t>8. OTRA INFORMACIÓN / DATOS COMPLEMENTARIOS FCS</w:t>
            </w:r>
          </w:p>
        </w:tc>
      </w:tr>
    </w:tbl>
    <w:p>
      <w:pPr>
        <w:spacing w:after="0"/>
      </w:pPr>
    </w:p>
    <w:p>
      <w:pPr>
        <w:pStyle w:val="SectionText"/>
        <w:keepNext/>
      </w:pPr>
      <w:r>
        <w:rPr>
          <w:b/>
        </w:rPr>
        <w:t>8.1. Grado de impacto del proyecto/actividad:</w:t>
      </w:r>
      <w:r>
        <w:rPr>
          <w:i/>
          <w:sz w:val="17"/>
        </w:rPr>
        <w:t xml:space="preserve">  Describir resultados observables en la población, institución o comunidad destinataria.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794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8.2. Alcance curricular:</w:t>
      </w:r>
      <w:r>
        <w:rPr>
          <w:i/>
          <w:sz w:val="17"/>
        </w:rPr>
        <w:t xml:space="preserve">  Indicar relación con cátedras, contenidos, prácticas o innovaciones curriculares.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794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8.3. Actores relevantes que contribuyeron al proyecto:</w:t>
      </w:r>
      <w:r>
        <w:rPr>
          <w:i/>
          <w:sz w:val="17"/>
        </w:rPr>
        <w:t xml:space="preserve">  Indicar actor, tipo de contribución y aporte realizado.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737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8.4. Transmisión / difusión de resultados:</w:t>
      </w:r>
      <w:r>
        <w:rPr>
          <w:i/>
          <w:sz w:val="17"/>
        </w:rPr>
        <w:t xml:space="preserve">  Actividad, modalidad, lugar, fecha, alcance y destinatarios.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737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8.5. Perspectiva futura y posibilidad de continuidad o réplica: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737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8.6. Líneas de investigación, innovación o nuevas propuestas surgidas: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737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8.7. Conclusiones y recomendaciones: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964" w:hRule="atLeast"/>
        </w:trPr>
        <w:tc>
          <w:tcPr>
            <w:tcW w:type="dxa" w:w="10206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/>
        </w:tc>
      </w:tr>
    </w:tbl>
    <w:p>
      <w:pPr>
        <w:pStyle w:val="SectionText"/>
        <w:keepNext/>
      </w:pPr>
      <w:r>
        <w:rPr>
          <w:b/>
        </w:rPr>
        <w:t>8.8. Rendición final de financiamiento</w:t>
      </w:r>
    </w:p>
    <w:p>
      <w:pPr>
        <w:pStyle w:val="SectionText"/>
      </w:pPr>
      <w:r>
        <w:rPr>
          <w:i/>
          <w:color w:val="5A5A5A"/>
          <w:sz w:val="16"/>
        </w:rPr>
        <w:t>Completar cuando la actividad/proyecto haya recibido financiamiento de la FCS-UM.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EAF2F8"/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Monto total aprobado</w:t>
            </w:r>
          </w:p>
        </w:tc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  <w:tr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EAF2F8"/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Monto total recibido</w:t>
            </w:r>
          </w:p>
        </w:tc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  <w:tr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EAF2F8"/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Monto total ejecutado</w:t>
            </w:r>
          </w:p>
        </w:tc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  <w:tr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EAF2F8"/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Saldo / reintegro (si corresponde)</w:t>
            </w:r>
          </w:p>
        </w:tc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  <w:tr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EAF2F8"/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Honorarios del equipo (ad honorem / rentados y dedicación)</w:t>
            </w:r>
          </w:p>
        </w:tc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  <w:tr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  <w:shd w:fill="EAF2F8"/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Destino principal de los fondos</w:t>
            </w:r>
          </w:p>
        </w:tc>
        <w:tc>
          <w:tcPr>
            <w:tcW w:type="dxa" w:w="51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sz w:val="16"/>
              </w:rPr>
            </w:r>
          </w:p>
        </w:tc>
      </w:tr>
    </w:tbl>
    <w:p>
      <w:pPr>
        <w:pStyle w:val="SectionText"/>
        <w:keepNext/>
      </w:pPr>
      <w:r>
        <w:rPr>
          <w:b/>
        </w:rPr>
        <w:t>8.9. Documentación respaldatoria adjunta</w:t>
      </w:r>
    </w:p>
    <w:p>
      <w:pPr>
        <w:pStyle w:val="SectionText"/>
      </w:pPr>
      <w:r>
        <w:t>☐ Informe / evidencias de actividades    ☐ Planilla de rendición    ☐ Facturas / comprobantes    ☐ Nómina / asistencia    ☐ Material de difusión    ☐ Otra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103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sz w:val="18"/>
              </w:rPr>
              <w:br/>
              <w:br/>
              <w:t>__________________________________</w:t>
            </w:r>
          </w:p>
        </w:tc>
        <w:tc>
          <w:tcPr>
            <w:tcW w:type="dxa" w:w="5103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sz w:val="18"/>
              </w:rPr>
              <w:br/>
              <w:br/>
              <w:t>__________________________________</w:t>
            </w:r>
          </w:p>
        </w:tc>
      </w:tr>
      <w:tr>
        <w:tc>
          <w:tcPr>
            <w:tcW w:type="dxa" w:w="5103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sz w:val="18"/>
              </w:rPr>
              <w:t>Firma y aclaración del Director/a</w:t>
            </w:r>
          </w:p>
        </w:tc>
        <w:tc>
          <w:tcPr>
            <w:tcW w:type="dxa" w:w="5103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sz w:val="18"/>
              </w:rPr>
              <w:t>Aval académico</w:t>
            </w:r>
          </w:p>
        </w:tc>
      </w:tr>
      <w:tr>
        <w:tc>
          <w:tcPr>
            <w:tcW w:type="dxa" w:w="5103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sz w:val="18"/>
              </w:rPr>
              <w:t>Fecha: ____ / ____ / ______</w:t>
            </w:r>
          </w:p>
        </w:tc>
        <w:tc>
          <w:tcPr>
            <w:tcW w:type="dxa" w:w="5103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sz w:val="18"/>
              </w:rPr>
              <w:t>Fecha: ____ / ____ / ______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6"/>
            <w:shd w:fill="EAF2F8"/>
            <w:tcBorders>
              <w:top w:val="single" w:sz="5" w:color="7F9DB9"/>
              <w:left w:val="single" w:sz="5" w:color="7F9DB9"/>
              <w:bottom w:val="single" w:sz="5" w:color="7F9DB9"/>
              <w:right w:val="single" w:sz="5" w:color="7F9DB9"/>
            </w:tcBorders>
          </w:tcPr>
          <w:p>
            <w:pPr>
              <w:jc w:val="center"/>
            </w:pPr>
            <w:r>
              <w:rPr>
                <w:b/>
                <w:sz w:val="18"/>
              </w:rPr>
              <w:t>Presentación: remitir el formulario completo a la Coordinación de Extensión de la carrera y sede correspondiente, junto con la documentación respaldatoria exigida por el Reglamento de Extensión vigente.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46464"/>
        <w:sz w:val="15"/>
      </w:rPr>
      <w:t>Facultad de Ciencias de la Salud - Universidad de Mendoza | Anexo IV - Informe Final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pPr>
      <w:spacing w:after="20"/>
    </w:pPr>
    <w:rPr>
      <w:rFonts w:ascii="Arial" w:hAnsi="Arial" w:eastAsia="Arial"/>
      <w:b/>
      <w:sz w:val="32"/>
    </w:rPr>
  </w:style>
  <w:style w:type="paragraph" w:customStyle="1" w:styleId="FormSubtitle">
    <w:name w:val="FormSubtitle"/>
    <w:pPr>
      <w:spacing w:after="20"/>
    </w:pPr>
    <w:rPr>
      <w:rFonts w:ascii="Arial" w:hAnsi="Arial" w:eastAsia="Arial"/>
      <w:b/>
      <w:sz w:val="24"/>
    </w:rPr>
  </w:style>
  <w:style w:type="paragraph" w:customStyle="1" w:styleId="SectionText">
    <w:name w:val="SectionText"/>
    <w:pPr>
      <w:spacing w:after="60"/>
    </w:pPr>
    <w:rPr>
      <w:rFonts w:ascii="Arial" w:hAnsi="Arial" w:eastAsia="Arial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