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3D1BC" w14:textId="77777777" w:rsidR="00EA1BF0" w:rsidRDefault="00000000">
      <w:pPr>
        <w:jc w:val="center"/>
      </w:pPr>
      <w:r>
        <w:rPr>
          <w:b/>
          <w:sz w:val="26"/>
        </w:rPr>
        <w:t>ANEXO VII</w:t>
      </w:r>
    </w:p>
    <w:p w14:paraId="6601F754" w14:textId="77777777" w:rsidR="00EA1BF0" w:rsidRDefault="00000000">
      <w:pPr>
        <w:jc w:val="center"/>
      </w:pPr>
      <w:r>
        <w:rPr>
          <w:b/>
          <w:sz w:val="22"/>
        </w:rPr>
        <w:t>FACULTAD DE CIENCIAS DE LA SALUD – EXTENSIÓN UNIVERSITARIA</w:t>
      </w:r>
    </w:p>
    <w:p w14:paraId="747A5024" w14:textId="77777777" w:rsidR="00EA1BF0" w:rsidRDefault="00000000">
      <w:pPr>
        <w:jc w:val="center"/>
      </w:pPr>
      <w:r>
        <w:rPr>
          <w:b/>
          <w:sz w:val="22"/>
        </w:rPr>
        <w:t>FORMULARIO PARA LA PRESENTACIÓN DE ACTIVIDADES E INTERVENCIONES EXTENSIONISTAS</w:t>
      </w:r>
    </w:p>
    <w:p w14:paraId="1361743C" w14:textId="77777777" w:rsidR="00EA1BF0" w:rsidRDefault="00000000">
      <w:r>
        <w:rPr>
          <w:i/>
        </w:rPr>
        <w:t>El presente formulario deberá ser completado digitalmente y presentado conforme a los mecanismos institucionales vigentes, con el aval académico correspondiente.</w:t>
      </w:r>
    </w:p>
    <w:p w14:paraId="1CB4DEB7" w14:textId="77777777" w:rsidR="00EA1BF0" w:rsidRDefault="00000000">
      <w:pPr>
        <w:spacing w:before="160" w:after="80"/>
      </w:pPr>
      <w:r>
        <w:rPr>
          <w:b/>
          <w:sz w:val="22"/>
        </w:rPr>
        <w:t>1. IDENTIFICACIÓN DE LA ACTIVIDAD O INTERVENCIÓN</w:t>
      </w:r>
    </w:p>
    <w:p w14:paraId="61D0DFCE" w14:textId="77777777" w:rsidR="00EA1BF0" w:rsidRDefault="00000000">
      <w:r>
        <w:rPr>
          <w:b/>
        </w:rPr>
        <w:t>1.1. Denominación o título:</w:t>
      </w:r>
    </w:p>
    <w:p w14:paraId="2526CD0F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5C958F84" w14:textId="77777777" w:rsidR="00EA1BF0" w:rsidRDefault="00000000">
      <w:r>
        <w:rPr>
          <w:b/>
        </w:rPr>
        <w:t>1.2. Área temática / línea de extensión:</w:t>
      </w:r>
    </w:p>
    <w:p w14:paraId="70AF9756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1B4DBD06" w14:textId="77777777" w:rsidR="00EA1BF0" w:rsidRDefault="00000000">
      <w:r>
        <w:rPr>
          <w:b/>
        </w:rPr>
        <w:t>1.3. Carrera, sede y cátedra/s vinculada/s:</w:t>
      </w:r>
    </w:p>
    <w:p w14:paraId="10594F8C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4D4D6275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2CC70FFA" w14:textId="77777777" w:rsidR="00EA1BF0" w:rsidRDefault="00000000">
      <w:r>
        <w:rPr>
          <w:b/>
        </w:rPr>
        <w:t>1.4. Responsable académico/a de la actividad:</w:t>
      </w:r>
    </w:p>
    <w:p w14:paraId="6BBCABC1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40160552" w14:textId="77777777" w:rsidR="00EA1BF0" w:rsidRDefault="00000000">
      <w:pPr>
        <w:spacing w:before="160" w:after="80"/>
      </w:pPr>
      <w:r>
        <w:rPr>
          <w:b/>
          <w:sz w:val="22"/>
        </w:rPr>
        <w:t>2. INSTITUCIONES PARTICIPANTES Y RESPONSABLES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811"/>
        <w:gridCol w:w="4811"/>
      </w:tblGrid>
      <w:tr w:rsidR="00EA1BF0" w14:paraId="55A315DA" w14:textId="77777777">
        <w:trPr>
          <w:jc w:val="center"/>
        </w:trPr>
        <w:tc>
          <w:tcPr>
            <w:tcW w:w="4816" w:type="dxa"/>
            <w:shd w:val="clear" w:color="auto" w:fill="D9EAF7"/>
            <w:vAlign w:val="center"/>
          </w:tcPr>
          <w:p w14:paraId="27D6FE85" w14:textId="77777777" w:rsidR="00EA1BF0" w:rsidRDefault="00000000">
            <w:r>
              <w:rPr>
                <w:b/>
                <w:sz w:val="19"/>
              </w:rPr>
              <w:t>Institución participante</w:t>
            </w:r>
          </w:p>
        </w:tc>
        <w:tc>
          <w:tcPr>
            <w:tcW w:w="4816" w:type="dxa"/>
            <w:shd w:val="clear" w:color="auto" w:fill="D9EAF7"/>
            <w:vAlign w:val="center"/>
          </w:tcPr>
          <w:p w14:paraId="7DEF0516" w14:textId="77777777" w:rsidR="00EA1BF0" w:rsidRDefault="00000000">
            <w:r>
              <w:rPr>
                <w:b/>
                <w:sz w:val="19"/>
              </w:rPr>
              <w:t>Responsable / referente institucional</w:t>
            </w:r>
          </w:p>
        </w:tc>
      </w:tr>
      <w:tr w:rsidR="00EA1BF0" w14:paraId="0471939A" w14:textId="77777777">
        <w:trPr>
          <w:jc w:val="center"/>
        </w:trPr>
        <w:tc>
          <w:tcPr>
            <w:tcW w:w="4816" w:type="dxa"/>
            <w:vAlign w:val="center"/>
          </w:tcPr>
          <w:p w14:paraId="6C8A2595" w14:textId="77777777" w:rsidR="00EA1BF0" w:rsidRDefault="00EA1BF0"/>
        </w:tc>
        <w:tc>
          <w:tcPr>
            <w:tcW w:w="4816" w:type="dxa"/>
            <w:vAlign w:val="center"/>
          </w:tcPr>
          <w:p w14:paraId="0AD0B9B9" w14:textId="77777777" w:rsidR="00EA1BF0" w:rsidRDefault="00EA1BF0"/>
        </w:tc>
      </w:tr>
      <w:tr w:rsidR="00EA1BF0" w14:paraId="3DE835E6" w14:textId="77777777">
        <w:trPr>
          <w:jc w:val="center"/>
        </w:trPr>
        <w:tc>
          <w:tcPr>
            <w:tcW w:w="4816" w:type="dxa"/>
            <w:vAlign w:val="center"/>
          </w:tcPr>
          <w:p w14:paraId="14382090" w14:textId="77777777" w:rsidR="00EA1BF0" w:rsidRDefault="00EA1BF0"/>
        </w:tc>
        <w:tc>
          <w:tcPr>
            <w:tcW w:w="4816" w:type="dxa"/>
            <w:vAlign w:val="center"/>
          </w:tcPr>
          <w:p w14:paraId="4845EED5" w14:textId="77777777" w:rsidR="00EA1BF0" w:rsidRDefault="00EA1BF0"/>
        </w:tc>
      </w:tr>
      <w:tr w:rsidR="00EA1BF0" w14:paraId="7EF7E54B" w14:textId="77777777">
        <w:trPr>
          <w:jc w:val="center"/>
        </w:trPr>
        <w:tc>
          <w:tcPr>
            <w:tcW w:w="4816" w:type="dxa"/>
            <w:vAlign w:val="center"/>
          </w:tcPr>
          <w:p w14:paraId="10688E33" w14:textId="77777777" w:rsidR="00EA1BF0" w:rsidRDefault="00EA1BF0"/>
        </w:tc>
        <w:tc>
          <w:tcPr>
            <w:tcW w:w="4816" w:type="dxa"/>
            <w:vAlign w:val="center"/>
          </w:tcPr>
          <w:p w14:paraId="1624059C" w14:textId="77777777" w:rsidR="00EA1BF0" w:rsidRDefault="00EA1BF0"/>
        </w:tc>
      </w:tr>
      <w:tr w:rsidR="00EA1BF0" w14:paraId="28F505C0" w14:textId="77777777">
        <w:trPr>
          <w:jc w:val="center"/>
        </w:trPr>
        <w:tc>
          <w:tcPr>
            <w:tcW w:w="4816" w:type="dxa"/>
            <w:vAlign w:val="center"/>
          </w:tcPr>
          <w:p w14:paraId="07247439" w14:textId="77777777" w:rsidR="00EA1BF0" w:rsidRDefault="00EA1BF0"/>
        </w:tc>
        <w:tc>
          <w:tcPr>
            <w:tcW w:w="4816" w:type="dxa"/>
            <w:vAlign w:val="center"/>
          </w:tcPr>
          <w:p w14:paraId="1C8B597E" w14:textId="77777777" w:rsidR="00EA1BF0" w:rsidRDefault="00EA1BF0"/>
        </w:tc>
      </w:tr>
    </w:tbl>
    <w:p w14:paraId="5AEA5B75" w14:textId="77777777" w:rsidR="00EA1BF0" w:rsidRDefault="00000000">
      <w:r>
        <w:rPr>
          <w:i/>
        </w:rPr>
        <w:t>Agregar filas según corresponda.</w:t>
      </w:r>
    </w:p>
    <w:p w14:paraId="6BC386FF" w14:textId="77777777" w:rsidR="00EA1BF0" w:rsidRDefault="00000000">
      <w:pPr>
        <w:spacing w:before="160" w:after="80"/>
      </w:pPr>
      <w:r>
        <w:rPr>
          <w:b/>
          <w:sz w:val="22"/>
        </w:rPr>
        <w:t>3. EQUIPO DE TRABAJO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25"/>
        <w:gridCol w:w="1924"/>
        <w:gridCol w:w="1924"/>
        <w:gridCol w:w="1924"/>
        <w:gridCol w:w="1925"/>
      </w:tblGrid>
      <w:tr w:rsidR="00EA1BF0" w14:paraId="7D38D624" w14:textId="77777777">
        <w:trPr>
          <w:jc w:val="center"/>
        </w:trPr>
        <w:tc>
          <w:tcPr>
            <w:tcW w:w="1926" w:type="dxa"/>
            <w:shd w:val="clear" w:color="auto" w:fill="D9EAF7"/>
            <w:vAlign w:val="center"/>
          </w:tcPr>
          <w:p w14:paraId="471EC944" w14:textId="77777777" w:rsidR="00EA1BF0" w:rsidRDefault="00000000">
            <w:r>
              <w:rPr>
                <w:b/>
                <w:sz w:val="19"/>
              </w:rPr>
              <w:t>Apellido y nombre</w:t>
            </w:r>
          </w:p>
        </w:tc>
        <w:tc>
          <w:tcPr>
            <w:tcW w:w="1926" w:type="dxa"/>
            <w:shd w:val="clear" w:color="auto" w:fill="D9EAF7"/>
            <w:vAlign w:val="center"/>
          </w:tcPr>
          <w:p w14:paraId="031C0D73" w14:textId="77777777" w:rsidR="00EA1BF0" w:rsidRDefault="00000000">
            <w:r>
              <w:rPr>
                <w:b/>
                <w:sz w:val="19"/>
              </w:rPr>
              <w:t>DNI</w:t>
            </w:r>
          </w:p>
        </w:tc>
        <w:tc>
          <w:tcPr>
            <w:tcW w:w="1926" w:type="dxa"/>
            <w:shd w:val="clear" w:color="auto" w:fill="D9EAF7"/>
            <w:vAlign w:val="center"/>
          </w:tcPr>
          <w:p w14:paraId="663C9CC9" w14:textId="77777777" w:rsidR="00EA1BF0" w:rsidRDefault="00000000">
            <w:r>
              <w:rPr>
                <w:b/>
                <w:sz w:val="19"/>
              </w:rPr>
              <w:t>Función</w:t>
            </w:r>
          </w:p>
        </w:tc>
        <w:tc>
          <w:tcPr>
            <w:tcW w:w="1926" w:type="dxa"/>
            <w:shd w:val="clear" w:color="auto" w:fill="D9EAF7"/>
            <w:vAlign w:val="center"/>
          </w:tcPr>
          <w:p w14:paraId="3E57CB13" w14:textId="77777777" w:rsidR="00EA1BF0" w:rsidRDefault="00000000">
            <w:r>
              <w:rPr>
                <w:b/>
                <w:sz w:val="19"/>
              </w:rPr>
              <w:t>Cátedra / Carrera / Sede</w:t>
            </w:r>
          </w:p>
        </w:tc>
        <w:tc>
          <w:tcPr>
            <w:tcW w:w="1926" w:type="dxa"/>
            <w:shd w:val="clear" w:color="auto" w:fill="D9EAF7"/>
            <w:vAlign w:val="center"/>
          </w:tcPr>
          <w:p w14:paraId="491672A4" w14:textId="77777777" w:rsidR="00EA1BF0" w:rsidRDefault="00000000">
            <w:r>
              <w:rPr>
                <w:b/>
                <w:sz w:val="19"/>
              </w:rPr>
              <w:t>Institución</w:t>
            </w:r>
          </w:p>
        </w:tc>
      </w:tr>
      <w:tr w:rsidR="00EA1BF0" w14:paraId="1E3E1671" w14:textId="77777777">
        <w:trPr>
          <w:jc w:val="center"/>
        </w:trPr>
        <w:tc>
          <w:tcPr>
            <w:tcW w:w="1926" w:type="dxa"/>
          </w:tcPr>
          <w:p w14:paraId="087C17BF" w14:textId="77777777" w:rsidR="00EA1BF0" w:rsidRDefault="00EA1BF0"/>
        </w:tc>
        <w:tc>
          <w:tcPr>
            <w:tcW w:w="1926" w:type="dxa"/>
          </w:tcPr>
          <w:p w14:paraId="1BA7A6D2" w14:textId="77777777" w:rsidR="00EA1BF0" w:rsidRDefault="00EA1BF0"/>
        </w:tc>
        <w:tc>
          <w:tcPr>
            <w:tcW w:w="1926" w:type="dxa"/>
          </w:tcPr>
          <w:p w14:paraId="09B7951E" w14:textId="77777777" w:rsidR="00EA1BF0" w:rsidRDefault="00EA1BF0"/>
        </w:tc>
        <w:tc>
          <w:tcPr>
            <w:tcW w:w="1926" w:type="dxa"/>
          </w:tcPr>
          <w:p w14:paraId="62E056AB" w14:textId="77777777" w:rsidR="00EA1BF0" w:rsidRDefault="00EA1BF0"/>
        </w:tc>
        <w:tc>
          <w:tcPr>
            <w:tcW w:w="1926" w:type="dxa"/>
          </w:tcPr>
          <w:p w14:paraId="5369D5DB" w14:textId="77777777" w:rsidR="00EA1BF0" w:rsidRDefault="00EA1BF0"/>
        </w:tc>
      </w:tr>
      <w:tr w:rsidR="00EA1BF0" w14:paraId="2FCFB2E8" w14:textId="77777777">
        <w:trPr>
          <w:jc w:val="center"/>
        </w:trPr>
        <w:tc>
          <w:tcPr>
            <w:tcW w:w="1926" w:type="dxa"/>
            <w:vAlign w:val="center"/>
          </w:tcPr>
          <w:p w14:paraId="4EEFA565" w14:textId="77777777" w:rsidR="00EA1BF0" w:rsidRDefault="00EA1BF0"/>
        </w:tc>
        <w:tc>
          <w:tcPr>
            <w:tcW w:w="1926" w:type="dxa"/>
            <w:vAlign w:val="center"/>
          </w:tcPr>
          <w:p w14:paraId="5AA9044F" w14:textId="77777777" w:rsidR="00EA1BF0" w:rsidRDefault="00EA1BF0"/>
        </w:tc>
        <w:tc>
          <w:tcPr>
            <w:tcW w:w="1926" w:type="dxa"/>
            <w:vAlign w:val="center"/>
          </w:tcPr>
          <w:p w14:paraId="211724C4" w14:textId="77777777" w:rsidR="00EA1BF0" w:rsidRDefault="00EA1BF0"/>
        </w:tc>
        <w:tc>
          <w:tcPr>
            <w:tcW w:w="1926" w:type="dxa"/>
            <w:vAlign w:val="center"/>
          </w:tcPr>
          <w:p w14:paraId="0FEA336C" w14:textId="77777777" w:rsidR="00EA1BF0" w:rsidRDefault="00EA1BF0"/>
        </w:tc>
        <w:tc>
          <w:tcPr>
            <w:tcW w:w="1926" w:type="dxa"/>
            <w:vAlign w:val="center"/>
          </w:tcPr>
          <w:p w14:paraId="26C35CE6" w14:textId="77777777" w:rsidR="00EA1BF0" w:rsidRDefault="00EA1BF0"/>
        </w:tc>
      </w:tr>
      <w:tr w:rsidR="00EA1BF0" w14:paraId="331E81A3" w14:textId="77777777">
        <w:trPr>
          <w:jc w:val="center"/>
        </w:trPr>
        <w:tc>
          <w:tcPr>
            <w:tcW w:w="1926" w:type="dxa"/>
            <w:vAlign w:val="center"/>
          </w:tcPr>
          <w:p w14:paraId="4E0F2F78" w14:textId="77777777" w:rsidR="00EA1BF0" w:rsidRDefault="00EA1BF0"/>
        </w:tc>
        <w:tc>
          <w:tcPr>
            <w:tcW w:w="1926" w:type="dxa"/>
            <w:vAlign w:val="center"/>
          </w:tcPr>
          <w:p w14:paraId="379CE97C" w14:textId="77777777" w:rsidR="00EA1BF0" w:rsidRDefault="00EA1BF0"/>
        </w:tc>
        <w:tc>
          <w:tcPr>
            <w:tcW w:w="1926" w:type="dxa"/>
            <w:vAlign w:val="center"/>
          </w:tcPr>
          <w:p w14:paraId="19B5FA30" w14:textId="77777777" w:rsidR="00EA1BF0" w:rsidRDefault="00EA1BF0"/>
        </w:tc>
        <w:tc>
          <w:tcPr>
            <w:tcW w:w="1926" w:type="dxa"/>
            <w:vAlign w:val="center"/>
          </w:tcPr>
          <w:p w14:paraId="754BC97E" w14:textId="77777777" w:rsidR="00EA1BF0" w:rsidRDefault="00EA1BF0"/>
        </w:tc>
        <w:tc>
          <w:tcPr>
            <w:tcW w:w="1926" w:type="dxa"/>
            <w:vAlign w:val="center"/>
          </w:tcPr>
          <w:p w14:paraId="777DE09B" w14:textId="77777777" w:rsidR="00EA1BF0" w:rsidRDefault="00EA1BF0"/>
        </w:tc>
      </w:tr>
      <w:tr w:rsidR="00EA1BF0" w14:paraId="5AE69EBD" w14:textId="77777777">
        <w:trPr>
          <w:jc w:val="center"/>
        </w:trPr>
        <w:tc>
          <w:tcPr>
            <w:tcW w:w="1926" w:type="dxa"/>
            <w:vAlign w:val="center"/>
          </w:tcPr>
          <w:p w14:paraId="34601046" w14:textId="77777777" w:rsidR="00EA1BF0" w:rsidRDefault="00EA1BF0"/>
        </w:tc>
        <w:tc>
          <w:tcPr>
            <w:tcW w:w="1926" w:type="dxa"/>
            <w:vAlign w:val="center"/>
          </w:tcPr>
          <w:p w14:paraId="645D20E6" w14:textId="77777777" w:rsidR="00EA1BF0" w:rsidRDefault="00EA1BF0"/>
        </w:tc>
        <w:tc>
          <w:tcPr>
            <w:tcW w:w="1926" w:type="dxa"/>
            <w:vAlign w:val="center"/>
          </w:tcPr>
          <w:p w14:paraId="63C3FEBB" w14:textId="77777777" w:rsidR="00EA1BF0" w:rsidRDefault="00EA1BF0"/>
        </w:tc>
        <w:tc>
          <w:tcPr>
            <w:tcW w:w="1926" w:type="dxa"/>
            <w:vAlign w:val="center"/>
          </w:tcPr>
          <w:p w14:paraId="71102A57" w14:textId="77777777" w:rsidR="00EA1BF0" w:rsidRDefault="00EA1BF0"/>
        </w:tc>
        <w:tc>
          <w:tcPr>
            <w:tcW w:w="1926" w:type="dxa"/>
            <w:vAlign w:val="center"/>
          </w:tcPr>
          <w:p w14:paraId="143546B7" w14:textId="77777777" w:rsidR="00EA1BF0" w:rsidRDefault="00EA1BF0"/>
        </w:tc>
      </w:tr>
      <w:tr w:rsidR="00EA1BF0" w14:paraId="0E1F17C6" w14:textId="77777777">
        <w:trPr>
          <w:jc w:val="center"/>
        </w:trPr>
        <w:tc>
          <w:tcPr>
            <w:tcW w:w="1926" w:type="dxa"/>
            <w:vAlign w:val="center"/>
          </w:tcPr>
          <w:p w14:paraId="5C64A4B5" w14:textId="77777777" w:rsidR="00EA1BF0" w:rsidRDefault="00EA1BF0"/>
        </w:tc>
        <w:tc>
          <w:tcPr>
            <w:tcW w:w="1926" w:type="dxa"/>
            <w:vAlign w:val="center"/>
          </w:tcPr>
          <w:p w14:paraId="1C0F8AC0" w14:textId="77777777" w:rsidR="00EA1BF0" w:rsidRDefault="00EA1BF0"/>
        </w:tc>
        <w:tc>
          <w:tcPr>
            <w:tcW w:w="1926" w:type="dxa"/>
            <w:vAlign w:val="center"/>
          </w:tcPr>
          <w:p w14:paraId="1B4A96CF" w14:textId="77777777" w:rsidR="00EA1BF0" w:rsidRDefault="00EA1BF0"/>
        </w:tc>
        <w:tc>
          <w:tcPr>
            <w:tcW w:w="1926" w:type="dxa"/>
            <w:vAlign w:val="center"/>
          </w:tcPr>
          <w:p w14:paraId="17883960" w14:textId="77777777" w:rsidR="00EA1BF0" w:rsidRDefault="00EA1BF0"/>
        </w:tc>
        <w:tc>
          <w:tcPr>
            <w:tcW w:w="1926" w:type="dxa"/>
            <w:vAlign w:val="center"/>
          </w:tcPr>
          <w:p w14:paraId="600DD7DD" w14:textId="77777777" w:rsidR="00EA1BF0" w:rsidRDefault="00EA1BF0"/>
        </w:tc>
      </w:tr>
      <w:tr w:rsidR="00EA1BF0" w14:paraId="679C2399" w14:textId="77777777">
        <w:trPr>
          <w:jc w:val="center"/>
        </w:trPr>
        <w:tc>
          <w:tcPr>
            <w:tcW w:w="1926" w:type="dxa"/>
            <w:vAlign w:val="center"/>
          </w:tcPr>
          <w:p w14:paraId="59DFBC47" w14:textId="77777777" w:rsidR="00EA1BF0" w:rsidRDefault="00EA1BF0"/>
        </w:tc>
        <w:tc>
          <w:tcPr>
            <w:tcW w:w="1926" w:type="dxa"/>
            <w:vAlign w:val="center"/>
          </w:tcPr>
          <w:p w14:paraId="7746D638" w14:textId="77777777" w:rsidR="00EA1BF0" w:rsidRDefault="00EA1BF0"/>
        </w:tc>
        <w:tc>
          <w:tcPr>
            <w:tcW w:w="1926" w:type="dxa"/>
            <w:vAlign w:val="center"/>
          </w:tcPr>
          <w:p w14:paraId="739507CB" w14:textId="77777777" w:rsidR="00EA1BF0" w:rsidRDefault="00EA1BF0"/>
        </w:tc>
        <w:tc>
          <w:tcPr>
            <w:tcW w:w="1926" w:type="dxa"/>
            <w:vAlign w:val="center"/>
          </w:tcPr>
          <w:p w14:paraId="3758F4DA" w14:textId="77777777" w:rsidR="00EA1BF0" w:rsidRDefault="00EA1BF0"/>
        </w:tc>
        <w:tc>
          <w:tcPr>
            <w:tcW w:w="1926" w:type="dxa"/>
            <w:vAlign w:val="center"/>
          </w:tcPr>
          <w:p w14:paraId="6AB61DA5" w14:textId="77777777" w:rsidR="00EA1BF0" w:rsidRDefault="00EA1BF0"/>
        </w:tc>
      </w:tr>
    </w:tbl>
    <w:p w14:paraId="6C0E8A8F" w14:textId="77777777" w:rsidR="00EA1BF0" w:rsidRDefault="00000000">
      <w:r>
        <w:rPr>
          <w:i/>
        </w:rPr>
        <w:t>Agregar filas según corresponda.</w:t>
      </w:r>
    </w:p>
    <w:p w14:paraId="04E671F6" w14:textId="77777777" w:rsidR="00EA1BF0" w:rsidRDefault="00000000">
      <w:pPr>
        <w:spacing w:before="160" w:after="80"/>
      </w:pPr>
      <w:r>
        <w:rPr>
          <w:b/>
          <w:sz w:val="22"/>
        </w:rPr>
        <w:t>4. FUNDAMENTACIÓN DE LA ACTIVIDAD / INTERVENCIÓN</w:t>
      </w:r>
    </w:p>
    <w:p w14:paraId="17AE8DF6" w14:textId="77777777" w:rsidR="00EA1BF0" w:rsidRDefault="00000000">
      <w:r>
        <w:rPr>
          <w:b/>
        </w:rPr>
        <w:t>4.1. Contexto y problemática que da origen a la actividad:</w:t>
      </w:r>
    </w:p>
    <w:p w14:paraId="1E88D48F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024F42A7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35BCA5D5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2132B9D2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320F64D0" w14:textId="77777777" w:rsidR="00EA1BF0" w:rsidRDefault="00000000">
      <w:r>
        <w:rPr>
          <w:b/>
        </w:rPr>
        <w:lastRenderedPageBreak/>
        <w:t>4.2. Relevancia y justificación de la propuesta:</w:t>
      </w:r>
    </w:p>
    <w:p w14:paraId="139B49E5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476E90DC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77B82A60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6F3E98A3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4F72977B" w14:textId="77777777" w:rsidR="00EA1BF0" w:rsidRDefault="00000000">
      <w:r>
        <w:rPr>
          <w:b/>
        </w:rPr>
        <w:t>4.3. Destinatarios directos e indirectos:</w:t>
      </w:r>
    </w:p>
    <w:p w14:paraId="7A2A23AB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3DA75D18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58AB32DD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3ACB3DA0" w14:textId="77777777" w:rsidR="00EA1BF0" w:rsidRDefault="00000000">
      <w:r>
        <w:rPr>
          <w:b/>
        </w:rPr>
        <w:t>4.4. Estrategia o modalidad de intervención seleccionada:</w:t>
      </w:r>
    </w:p>
    <w:p w14:paraId="2207E7D6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2455C5E0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0994E0A5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2F7ACB3F" w14:textId="77777777" w:rsidR="00EA1BF0" w:rsidRDefault="00000000">
      <w:pPr>
        <w:spacing w:before="160" w:after="80"/>
      </w:pPr>
      <w:r>
        <w:rPr>
          <w:b/>
          <w:sz w:val="22"/>
        </w:rPr>
        <w:t>5. OBJETIVOS</w:t>
      </w:r>
    </w:p>
    <w:p w14:paraId="14D3F74C" w14:textId="77777777" w:rsidR="00EA1BF0" w:rsidRDefault="00000000">
      <w:r>
        <w:rPr>
          <w:b/>
        </w:rPr>
        <w:t>5.1. Objetivo general:</w:t>
      </w:r>
    </w:p>
    <w:p w14:paraId="22C2D60F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279AC0D0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76E3AA59" w14:textId="77777777" w:rsidR="00EA1BF0" w:rsidRDefault="00000000">
      <w:r>
        <w:rPr>
          <w:b/>
        </w:rPr>
        <w:t>5.2. Objetivos específicos:</w:t>
      </w:r>
    </w:p>
    <w:p w14:paraId="170B20C7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20F5434B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7C235548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728B9E78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714B5069" w14:textId="77777777" w:rsidR="00EA1BF0" w:rsidRDefault="00000000">
      <w:pPr>
        <w:spacing w:before="160" w:after="80"/>
      </w:pPr>
      <w:r>
        <w:rPr>
          <w:b/>
          <w:sz w:val="22"/>
        </w:rPr>
        <w:t>6. PLAN DE ACTIVIDADES, TIEMPOS Y RECURSOS</w:t>
      </w:r>
    </w:p>
    <w:p w14:paraId="7158BEDB" w14:textId="77777777" w:rsidR="00EA1BF0" w:rsidRDefault="00000000">
      <w:r>
        <w:rPr>
          <w:b/>
        </w:rPr>
        <w:t>6.1. Fecha y horario de realización:</w:t>
      </w:r>
    </w:p>
    <w:p w14:paraId="749EDB5B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0D521F62" w14:textId="77777777" w:rsidR="00EA1BF0" w:rsidRDefault="00000000">
      <w:r>
        <w:rPr>
          <w:b/>
        </w:rPr>
        <w:t>6.2. Lugar de realización:</w:t>
      </w:r>
    </w:p>
    <w:p w14:paraId="228AA6AE" w14:textId="77777777" w:rsidR="00EA1BF0" w:rsidRDefault="00000000">
      <w:pPr>
        <w:spacing w:after="40"/>
      </w:pPr>
      <w:r>
        <w:t>________________________________________________________________________________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5"/>
        <w:gridCol w:w="2405"/>
        <w:gridCol w:w="2406"/>
      </w:tblGrid>
      <w:tr w:rsidR="00EA1BF0" w14:paraId="62787CC5" w14:textId="77777777">
        <w:trPr>
          <w:jc w:val="center"/>
        </w:trPr>
        <w:tc>
          <w:tcPr>
            <w:tcW w:w="2408" w:type="dxa"/>
            <w:shd w:val="clear" w:color="auto" w:fill="D9EAF7"/>
            <w:vAlign w:val="center"/>
          </w:tcPr>
          <w:p w14:paraId="3C291DE7" w14:textId="77777777" w:rsidR="00EA1BF0" w:rsidRDefault="00000000">
            <w:r>
              <w:rPr>
                <w:b/>
                <w:sz w:val="19"/>
              </w:rPr>
              <w:t>Actividad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106D05B5" w14:textId="77777777" w:rsidR="00EA1BF0" w:rsidRDefault="00000000">
            <w:r>
              <w:rPr>
                <w:b/>
                <w:sz w:val="19"/>
              </w:rPr>
              <w:t>Duración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41809B9D" w14:textId="77777777" w:rsidR="00EA1BF0" w:rsidRDefault="00000000">
            <w:r>
              <w:rPr>
                <w:b/>
                <w:sz w:val="19"/>
              </w:rPr>
              <w:t>Recursos humanos</w:t>
            </w:r>
          </w:p>
        </w:tc>
        <w:tc>
          <w:tcPr>
            <w:tcW w:w="2408" w:type="dxa"/>
            <w:shd w:val="clear" w:color="auto" w:fill="D9EAF7"/>
            <w:vAlign w:val="center"/>
          </w:tcPr>
          <w:p w14:paraId="7DDEABF9" w14:textId="77777777" w:rsidR="00EA1BF0" w:rsidRDefault="00000000">
            <w:r>
              <w:rPr>
                <w:b/>
                <w:sz w:val="19"/>
              </w:rPr>
              <w:t>Recursos materiales / infraestructura</w:t>
            </w:r>
          </w:p>
        </w:tc>
      </w:tr>
      <w:tr w:rsidR="00EA1BF0" w14:paraId="51E2DBD3" w14:textId="77777777">
        <w:trPr>
          <w:jc w:val="center"/>
        </w:trPr>
        <w:tc>
          <w:tcPr>
            <w:tcW w:w="2408" w:type="dxa"/>
          </w:tcPr>
          <w:p w14:paraId="43578196" w14:textId="77777777" w:rsidR="00EA1BF0" w:rsidRDefault="00EA1BF0"/>
        </w:tc>
        <w:tc>
          <w:tcPr>
            <w:tcW w:w="2408" w:type="dxa"/>
          </w:tcPr>
          <w:p w14:paraId="0F13202D" w14:textId="77777777" w:rsidR="00EA1BF0" w:rsidRDefault="00EA1BF0"/>
        </w:tc>
        <w:tc>
          <w:tcPr>
            <w:tcW w:w="2408" w:type="dxa"/>
          </w:tcPr>
          <w:p w14:paraId="6BC6192A" w14:textId="77777777" w:rsidR="00EA1BF0" w:rsidRDefault="00EA1BF0"/>
        </w:tc>
        <w:tc>
          <w:tcPr>
            <w:tcW w:w="2408" w:type="dxa"/>
          </w:tcPr>
          <w:p w14:paraId="29C050A7" w14:textId="77777777" w:rsidR="00EA1BF0" w:rsidRDefault="00EA1BF0"/>
        </w:tc>
      </w:tr>
      <w:tr w:rsidR="00EA1BF0" w14:paraId="412FF32E" w14:textId="77777777">
        <w:trPr>
          <w:jc w:val="center"/>
        </w:trPr>
        <w:tc>
          <w:tcPr>
            <w:tcW w:w="2408" w:type="dxa"/>
            <w:vAlign w:val="center"/>
          </w:tcPr>
          <w:p w14:paraId="07182099" w14:textId="77777777" w:rsidR="00EA1BF0" w:rsidRDefault="00EA1BF0"/>
        </w:tc>
        <w:tc>
          <w:tcPr>
            <w:tcW w:w="2408" w:type="dxa"/>
            <w:vAlign w:val="center"/>
          </w:tcPr>
          <w:p w14:paraId="43A7331F" w14:textId="77777777" w:rsidR="00EA1BF0" w:rsidRDefault="00EA1BF0"/>
        </w:tc>
        <w:tc>
          <w:tcPr>
            <w:tcW w:w="2408" w:type="dxa"/>
            <w:vAlign w:val="center"/>
          </w:tcPr>
          <w:p w14:paraId="0061062E" w14:textId="77777777" w:rsidR="00EA1BF0" w:rsidRDefault="00EA1BF0"/>
        </w:tc>
        <w:tc>
          <w:tcPr>
            <w:tcW w:w="2408" w:type="dxa"/>
            <w:vAlign w:val="center"/>
          </w:tcPr>
          <w:p w14:paraId="2536C4FD" w14:textId="77777777" w:rsidR="00EA1BF0" w:rsidRDefault="00EA1BF0"/>
        </w:tc>
      </w:tr>
      <w:tr w:rsidR="00EA1BF0" w14:paraId="4D78E74F" w14:textId="77777777">
        <w:trPr>
          <w:jc w:val="center"/>
        </w:trPr>
        <w:tc>
          <w:tcPr>
            <w:tcW w:w="2408" w:type="dxa"/>
            <w:vAlign w:val="center"/>
          </w:tcPr>
          <w:p w14:paraId="679108B2" w14:textId="77777777" w:rsidR="00EA1BF0" w:rsidRDefault="00EA1BF0"/>
        </w:tc>
        <w:tc>
          <w:tcPr>
            <w:tcW w:w="2408" w:type="dxa"/>
            <w:vAlign w:val="center"/>
          </w:tcPr>
          <w:p w14:paraId="42077E77" w14:textId="77777777" w:rsidR="00EA1BF0" w:rsidRDefault="00EA1BF0"/>
        </w:tc>
        <w:tc>
          <w:tcPr>
            <w:tcW w:w="2408" w:type="dxa"/>
            <w:vAlign w:val="center"/>
          </w:tcPr>
          <w:p w14:paraId="348B60FD" w14:textId="77777777" w:rsidR="00EA1BF0" w:rsidRDefault="00EA1BF0"/>
        </w:tc>
        <w:tc>
          <w:tcPr>
            <w:tcW w:w="2408" w:type="dxa"/>
            <w:vAlign w:val="center"/>
          </w:tcPr>
          <w:p w14:paraId="6214A7DE" w14:textId="77777777" w:rsidR="00EA1BF0" w:rsidRDefault="00EA1BF0"/>
        </w:tc>
      </w:tr>
      <w:tr w:rsidR="00EA1BF0" w14:paraId="09184E7F" w14:textId="77777777">
        <w:trPr>
          <w:jc w:val="center"/>
        </w:trPr>
        <w:tc>
          <w:tcPr>
            <w:tcW w:w="2408" w:type="dxa"/>
            <w:vAlign w:val="center"/>
          </w:tcPr>
          <w:p w14:paraId="324E9E9D" w14:textId="77777777" w:rsidR="00EA1BF0" w:rsidRDefault="00EA1BF0"/>
        </w:tc>
        <w:tc>
          <w:tcPr>
            <w:tcW w:w="2408" w:type="dxa"/>
            <w:vAlign w:val="center"/>
          </w:tcPr>
          <w:p w14:paraId="0D27A981" w14:textId="77777777" w:rsidR="00EA1BF0" w:rsidRDefault="00EA1BF0"/>
        </w:tc>
        <w:tc>
          <w:tcPr>
            <w:tcW w:w="2408" w:type="dxa"/>
            <w:vAlign w:val="center"/>
          </w:tcPr>
          <w:p w14:paraId="459E83BE" w14:textId="77777777" w:rsidR="00EA1BF0" w:rsidRDefault="00EA1BF0"/>
        </w:tc>
        <w:tc>
          <w:tcPr>
            <w:tcW w:w="2408" w:type="dxa"/>
            <w:vAlign w:val="center"/>
          </w:tcPr>
          <w:p w14:paraId="6D30ED9B" w14:textId="77777777" w:rsidR="00EA1BF0" w:rsidRDefault="00EA1BF0"/>
        </w:tc>
      </w:tr>
      <w:tr w:rsidR="00EA1BF0" w14:paraId="397ED66C" w14:textId="77777777">
        <w:trPr>
          <w:jc w:val="center"/>
        </w:trPr>
        <w:tc>
          <w:tcPr>
            <w:tcW w:w="2408" w:type="dxa"/>
            <w:vAlign w:val="center"/>
          </w:tcPr>
          <w:p w14:paraId="048802EE" w14:textId="77777777" w:rsidR="00EA1BF0" w:rsidRDefault="00EA1BF0"/>
        </w:tc>
        <w:tc>
          <w:tcPr>
            <w:tcW w:w="2408" w:type="dxa"/>
            <w:vAlign w:val="center"/>
          </w:tcPr>
          <w:p w14:paraId="70E51F0D" w14:textId="77777777" w:rsidR="00EA1BF0" w:rsidRDefault="00EA1BF0"/>
        </w:tc>
        <w:tc>
          <w:tcPr>
            <w:tcW w:w="2408" w:type="dxa"/>
            <w:vAlign w:val="center"/>
          </w:tcPr>
          <w:p w14:paraId="20E53793" w14:textId="77777777" w:rsidR="00EA1BF0" w:rsidRDefault="00EA1BF0"/>
        </w:tc>
        <w:tc>
          <w:tcPr>
            <w:tcW w:w="2408" w:type="dxa"/>
            <w:vAlign w:val="center"/>
          </w:tcPr>
          <w:p w14:paraId="1491D401" w14:textId="77777777" w:rsidR="00EA1BF0" w:rsidRDefault="00EA1BF0"/>
        </w:tc>
      </w:tr>
      <w:tr w:rsidR="00EA1BF0" w14:paraId="224F5950" w14:textId="77777777">
        <w:trPr>
          <w:jc w:val="center"/>
        </w:trPr>
        <w:tc>
          <w:tcPr>
            <w:tcW w:w="2408" w:type="dxa"/>
            <w:vAlign w:val="center"/>
          </w:tcPr>
          <w:p w14:paraId="51F4BF94" w14:textId="77777777" w:rsidR="00EA1BF0" w:rsidRDefault="00EA1BF0"/>
        </w:tc>
        <w:tc>
          <w:tcPr>
            <w:tcW w:w="2408" w:type="dxa"/>
            <w:vAlign w:val="center"/>
          </w:tcPr>
          <w:p w14:paraId="35668282" w14:textId="77777777" w:rsidR="00EA1BF0" w:rsidRDefault="00EA1BF0"/>
        </w:tc>
        <w:tc>
          <w:tcPr>
            <w:tcW w:w="2408" w:type="dxa"/>
            <w:vAlign w:val="center"/>
          </w:tcPr>
          <w:p w14:paraId="38A984BA" w14:textId="77777777" w:rsidR="00EA1BF0" w:rsidRDefault="00EA1BF0"/>
        </w:tc>
        <w:tc>
          <w:tcPr>
            <w:tcW w:w="2408" w:type="dxa"/>
            <w:vAlign w:val="center"/>
          </w:tcPr>
          <w:p w14:paraId="5A55A2B1" w14:textId="77777777" w:rsidR="00EA1BF0" w:rsidRDefault="00EA1BF0"/>
        </w:tc>
      </w:tr>
    </w:tbl>
    <w:p w14:paraId="592212F3" w14:textId="77777777" w:rsidR="00EA1BF0" w:rsidRDefault="00000000">
      <w:r>
        <w:rPr>
          <w:i/>
        </w:rPr>
        <w:t>Agregar filas según corresponda.</w:t>
      </w:r>
    </w:p>
    <w:p w14:paraId="0B3DD9A9" w14:textId="77777777" w:rsidR="00EA1BF0" w:rsidRDefault="00000000">
      <w:pPr>
        <w:spacing w:before="160" w:after="80"/>
      </w:pPr>
      <w:r>
        <w:rPr>
          <w:b/>
          <w:sz w:val="22"/>
        </w:rPr>
        <w:t>7. OTRAS INSTITUCIONES Y/O ACTORES PARTICIPANTES (si corresponde)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811"/>
        <w:gridCol w:w="4811"/>
      </w:tblGrid>
      <w:tr w:rsidR="00EA1BF0" w14:paraId="1E0BF16A" w14:textId="77777777">
        <w:trPr>
          <w:jc w:val="center"/>
        </w:trPr>
        <w:tc>
          <w:tcPr>
            <w:tcW w:w="4816" w:type="dxa"/>
            <w:shd w:val="clear" w:color="auto" w:fill="D9EAF7"/>
            <w:vAlign w:val="center"/>
          </w:tcPr>
          <w:p w14:paraId="5ED3D2A7" w14:textId="77777777" w:rsidR="00EA1BF0" w:rsidRDefault="00000000">
            <w:r>
              <w:rPr>
                <w:b/>
                <w:sz w:val="19"/>
              </w:rPr>
              <w:t>Institución / actor</w:t>
            </w:r>
          </w:p>
        </w:tc>
        <w:tc>
          <w:tcPr>
            <w:tcW w:w="4816" w:type="dxa"/>
            <w:shd w:val="clear" w:color="auto" w:fill="D9EAF7"/>
            <w:vAlign w:val="center"/>
          </w:tcPr>
          <w:p w14:paraId="7F453B96" w14:textId="77777777" w:rsidR="00EA1BF0" w:rsidRDefault="00000000">
            <w:r>
              <w:rPr>
                <w:b/>
                <w:sz w:val="19"/>
              </w:rPr>
              <w:t>Aporte o participación prevista</w:t>
            </w:r>
          </w:p>
        </w:tc>
      </w:tr>
      <w:tr w:rsidR="00EA1BF0" w14:paraId="60F2F4BE" w14:textId="77777777">
        <w:trPr>
          <w:jc w:val="center"/>
        </w:trPr>
        <w:tc>
          <w:tcPr>
            <w:tcW w:w="4816" w:type="dxa"/>
          </w:tcPr>
          <w:p w14:paraId="4B39362A" w14:textId="77777777" w:rsidR="00EA1BF0" w:rsidRDefault="00EA1BF0"/>
        </w:tc>
        <w:tc>
          <w:tcPr>
            <w:tcW w:w="4816" w:type="dxa"/>
          </w:tcPr>
          <w:p w14:paraId="6CDFCE1C" w14:textId="77777777" w:rsidR="00EA1BF0" w:rsidRDefault="00EA1BF0"/>
        </w:tc>
      </w:tr>
      <w:tr w:rsidR="00EA1BF0" w14:paraId="0EC3BA3F" w14:textId="77777777">
        <w:trPr>
          <w:jc w:val="center"/>
        </w:trPr>
        <w:tc>
          <w:tcPr>
            <w:tcW w:w="4816" w:type="dxa"/>
            <w:vAlign w:val="center"/>
          </w:tcPr>
          <w:p w14:paraId="63A3FE81" w14:textId="77777777" w:rsidR="00EA1BF0" w:rsidRDefault="00EA1BF0"/>
        </w:tc>
        <w:tc>
          <w:tcPr>
            <w:tcW w:w="4816" w:type="dxa"/>
            <w:vAlign w:val="center"/>
          </w:tcPr>
          <w:p w14:paraId="256780C5" w14:textId="77777777" w:rsidR="00EA1BF0" w:rsidRDefault="00EA1BF0"/>
        </w:tc>
      </w:tr>
      <w:tr w:rsidR="00EA1BF0" w14:paraId="4566740F" w14:textId="77777777">
        <w:trPr>
          <w:jc w:val="center"/>
        </w:trPr>
        <w:tc>
          <w:tcPr>
            <w:tcW w:w="4816" w:type="dxa"/>
            <w:vAlign w:val="center"/>
          </w:tcPr>
          <w:p w14:paraId="05CCAA9A" w14:textId="77777777" w:rsidR="00EA1BF0" w:rsidRDefault="00EA1BF0"/>
        </w:tc>
        <w:tc>
          <w:tcPr>
            <w:tcW w:w="4816" w:type="dxa"/>
            <w:vAlign w:val="center"/>
          </w:tcPr>
          <w:p w14:paraId="17B993C4" w14:textId="77777777" w:rsidR="00EA1BF0" w:rsidRDefault="00EA1BF0"/>
        </w:tc>
      </w:tr>
      <w:tr w:rsidR="00EA1BF0" w14:paraId="3B4C0CCB" w14:textId="77777777">
        <w:trPr>
          <w:jc w:val="center"/>
        </w:trPr>
        <w:tc>
          <w:tcPr>
            <w:tcW w:w="4816" w:type="dxa"/>
            <w:vAlign w:val="center"/>
          </w:tcPr>
          <w:p w14:paraId="067F4396" w14:textId="77777777" w:rsidR="00EA1BF0" w:rsidRDefault="00EA1BF0"/>
        </w:tc>
        <w:tc>
          <w:tcPr>
            <w:tcW w:w="4816" w:type="dxa"/>
            <w:vAlign w:val="center"/>
          </w:tcPr>
          <w:p w14:paraId="5B5086B1" w14:textId="77777777" w:rsidR="00EA1BF0" w:rsidRDefault="00EA1BF0"/>
        </w:tc>
      </w:tr>
    </w:tbl>
    <w:p w14:paraId="6F938F13" w14:textId="77777777" w:rsidR="00EA1BF0" w:rsidRDefault="00000000">
      <w:pPr>
        <w:spacing w:before="160" w:after="80"/>
      </w:pPr>
      <w:r>
        <w:rPr>
          <w:b/>
          <w:sz w:val="22"/>
        </w:rPr>
        <w:t>8. CARGA HORARIA</w:t>
      </w:r>
    </w:p>
    <w:p w14:paraId="0AE4C91C" w14:textId="77777777" w:rsidR="00EA1BF0" w:rsidRDefault="00000000">
      <w:r>
        <w:rPr>
          <w:b/>
        </w:rPr>
        <w:t>8.1. Cantidad total de horas destinadas a la actividad:</w:t>
      </w:r>
    </w:p>
    <w:p w14:paraId="0603FEBB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62501151" w14:textId="77777777" w:rsidR="00EA1BF0" w:rsidRDefault="00000000">
      <w:r>
        <w:rPr>
          <w:b/>
        </w:rPr>
        <w:t>8.2. Distribución de horas docentes / institucionales, si corresponde:</w:t>
      </w:r>
    </w:p>
    <w:p w14:paraId="34B531E9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26487730" w14:textId="77777777" w:rsidR="00EA1BF0" w:rsidRDefault="00000000">
      <w:pPr>
        <w:spacing w:after="40"/>
      </w:pPr>
      <w:r>
        <w:t>________________________________________________________________________________</w:t>
      </w:r>
    </w:p>
    <w:p w14:paraId="4511211D" w14:textId="77777777" w:rsidR="00EA1BF0" w:rsidRDefault="00000000">
      <w:pPr>
        <w:spacing w:before="160" w:after="80"/>
      </w:pPr>
      <w:r>
        <w:rPr>
          <w:b/>
          <w:sz w:val="22"/>
        </w:rPr>
        <w:t>9. BIBLIOGRAFÍA (cuando corresponda)</w:t>
      </w:r>
    </w:p>
    <w:p w14:paraId="3D30239C" w14:textId="77777777" w:rsidR="00EA1BF0" w:rsidRDefault="00000000">
      <w:r>
        <w:rPr>
          <w:i/>
        </w:rPr>
        <w:t>Consignar las referencias bibliográficas pertinentes conforme a normas APA vigentes.</w:t>
      </w:r>
    </w:p>
    <w:p w14:paraId="7AD2FBD9" w14:textId="77777777" w:rsidR="00EA1BF0" w:rsidRDefault="00000000">
      <w:r>
        <w:t>________________________________________________________________________________</w:t>
      </w:r>
    </w:p>
    <w:p w14:paraId="0B14AE6B" w14:textId="77777777" w:rsidR="00EA1BF0" w:rsidRDefault="00000000">
      <w:r>
        <w:t>________________________________________________________________________________</w:t>
      </w:r>
    </w:p>
    <w:p w14:paraId="3373F8A4" w14:textId="77777777" w:rsidR="00EA1BF0" w:rsidRDefault="00000000">
      <w:r>
        <w:t>________________________________________________________________________________</w:t>
      </w:r>
    </w:p>
    <w:p w14:paraId="03168725" w14:textId="77777777" w:rsidR="00EA1BF0" w:rsidRDefault="00000000">
      <w:r>
        <w:t>________________________________________________________________________________</w:t>
      </w:r>
    </w:p>
    <w:p w14:paraId="124B4892" w14:textId="77777777" w:rsidR="00EA1BF0" w:rsidRDefault="00000000">
      <w:pPr>
        <w:spacing w:before="160" w:after="80"/>
      </w:pPr>
      <w:r>
        <w:rPr>
          <w:b/>
          <w:sz w:val="22"/>
        </w:rPr>
        <w:t>10. OBSERVACIONES (opcional)</w:t>
      </w:r>
    </w:p>
    <w:p w14:paraId="6D2BD05F" w14:textId="77777777" w:rsidR="00EA1BF0" w:rsidRDefault="00000000">
      <w:r>
        <w:t>________________________________________________________________________________</w:t>
      </w:r>
    </w:p>
    <w:p w14:paraId="44E5BA5B" w14:textId="77777777" w:rsidR="00EA1BF0" w:rsidRDefault="00000000">
      <w:r>
        <w:t>________________________________________________________________________________</w:t>
      </w:r>
    </w:p>
    <w:p w14:paraId="3C2B19FD" w14:textId="77777777" w:rsidR="00EA1BF0" w:rsidRDefault="00000000">
      <w:r>
        <w:t>________________________________________________________________________________</w:t>
      </w:r>
    </w:p>
    <w:sectPr w:rsidR="00EA1BF0" w:rsidSect="00034616">
      <w:footerReference w:type="default" r:id="rId8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2FF65" w14:textId="77777777" w:rsidR="00A03543" w:rsidRDefault="00A03543">
      <w:pPr>
        <w:spacing w:after="0" w:line="240" w:lineRule="auto"/>
      </w:pPr>
      <w:r>
        <w:separator/>
      </w:r>
    </w:p>
  </w:endnote>
  <w:endnote w:type="continuationSeparator" w:id="0">
    <w:p w14:paraId="1C533437" w14:textId="77777777" w:rsidR="00A03543" w:rsidRDefault="00A03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02E15" w14:textId="77777777" w:rsidR="00EA1BF0" w:rsidRDefault="00000000">
    <w:pPr>
      <w:pStyle w:val="Piedepgina"/>
      <w:jc w:val="center"/>
    </w:pPr>
    <w:proofErr w:type="spellStart"/>
    <w:r>
      <w:rPr>
        <w:sz w:val="16"/>
      </w:rPr>
      <w:t>Facultad</w:t>
    </w:r>
    <w:proofErr w:type="spellEnd"/>
    <w:r>
      <w:rPr>
        <w:sz w:val="16"/>
      </w:rPr>
      <w:t xml:space="preserve"> de </w:t>
    </w:r>
    <w:proofErr w:type="spellStart"/>
    <w:r>
      <w:rPr>
        <w:sz w:val="16"/>
      </w:rPr>
      <w:t>Ciencias</w:t>
    </w:r>
    <w:proofErr w:type="spellEnd"/>
    <w:r>
      <w:rPr>
        <w:sz w:val="16"/>
      </w:rPr>
      <w:t xml:space="preserve"> de la Salud – Universidad de Mendoza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5D476" w14:textId="77777777" w:rsidR="00A03543" w:rsidRDefault="00A03543">
      <w:pPr>
        <w:spacing w:after="0" w:line="240" w:lineRule="auto"/>
      </w:pPr>
      <w:r>
        <w:separator/>
      </w:r>
    </w:p>
  </w:footnote>
  <w:footnote w:type="continuationSeparator" w:id="0">
    <w:p w14:paraId="4F53A2D6" w14:textId="77777777" w:rsidR="00A03543" w:rsidRDefault="00A03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7451460">
    <w:abstractNumId w:val="8"/>
  </w:num>
  <w:num w:numId="2" w16cid:durableId="1235965725">
    <w:abstractNumId w:val="6"/>
  </w:num>
  <w:num w:numId="3" w16cid:durableId="1981225021">
    <w:abstractNumId w:val="5"/>
  </w:num>
  <w:num w:numId="4" w16cid:durableId="1412197334">
    <w:abstractNumId w:val="4"/>
  </w:num>
  <w:num w:numId="5" w16cid:durableId="258678971">
    <w:abstractNumId w:val="7"/>
  </w:num>
  <w:num w:numId="6" w16cid:durableId="782917969">
    <w:abstractNumId w:val="3"/>
  </w:num>
  <w:num w:numId="7" w16cid:durableId="2001611664">
    <w:abstractNumId w:val="2"/>
  </w:num>
  <w:num w:numId="8" w16cid:durableId="1173378725">
    <w:abstractNumId w:val="1"/>
  </w:num>
  <w:num w:numId="9" w16cid:durableId="1048450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B6207"/>
    <w:rsid w:val="00A03543"/>
    <w:rsid w:val="00AA1D8D"/>
    <w:rsid w:val="00B47730"/>
    <w:rsid w:val="00CB0664"/>
    <w:rsid w:val="00D47AE0"/>
    <w:rsid w:val="00EA1B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C5C714"/>
  <w14:defaultImageDpi w14:val="300"/>
  <w15:docId w15:val="{537D410B-04A1-4609-89B2-4F86EADC1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741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Flor</cp:lastModifiedBy>
  <cp:revision>2</cp:revision>
  <dcterms:created xsi:type="dcterms:W3CDTF">2026-10-05T00:49:00Z</dcterms:created>
  <dcterms:modified xsi:type="dcterms:W3CDTF">2026-10-05T00:49:00Z</dcterms:modified>
  <cp:category/>
</cp:coreProperties>
</file>